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9A172" w14:textId="77777777" w:rsidR="00602F68" w:rsidRDefault="00CF4F36">
      <w:pPr>
        <w:spacing w:before="200" w:after="500" w:line="720" w:lineRule="exact"/>
        <w:jc w:val="center"/>
        <w:rPr>
          <w:lang w:eastAsia="zh-CN"/>
        </w:rPr>
      </w:pPr>
      <w:r>
        <w:rPr>
          <w:rFonts w:ascii="Times New Roman" w:eastAsia="方正小标宋简体" w:hAnsi="Times New Roman"/>
          <w:sz w:val="44"/>
          <w:lang w:eastAsia="zh-CN"/>
        </w:rPr>
        <w:t>自筹经费承诺函</w:t>
      </w:r>
    </w:p>
    <w:p w14:paraId="28649159" w14:textId="37495F7D" w:rsidR="00602F68" w:rsidRDefault="00CF4F36">
      <w:pPr>
        <w:spacing w:after="0" w:line="560" w:lineRule="exact"/>
        <w:ind w:firstLine="640"/>
        <w:jc w:val="both"/>
        <w:rPr>
          <w:lang w:eastAsia="zh-CN"/>
        </w:rPr>
      </w:pPr>
      <w:r>
        <w:rPr>
          <w:rFonts w:ascii="Times New Roman" w:eastAsia="仿宋_GB2312" w:hAnsi="Times New Roman"/>
          <w:sz w:val="32"/>
          <w:lang w:eastAsia="zh-CN"/>
        </w:rPr>
        <w:t>本人</w:t>
      </w:r>
      <w:r>
        <w:rPr>
          <w:rFonts w:ascii="Times New Roman" w:eastAsia="仿宋_GB2312" w:hAnsi="Times New Roman"/>
          <w:sz w:val="32"/>
          <w:lang w:eastAsia="zh-CN"/>
        </w:rPr>
        <w:t>__________</w:t>
      </w:r>
      <w:r>
        <w:rPr>
          <w:rFonts w:ascii="Times New Roman" w:eastAsia="仿宋_GB2312" w:hAnsi="Times New Roman"/>
          <w:sz w:val="32"/>
          <w:lang w:eastAsia="zh-CN"/>
        </w:rPr>
        <w:t>（</w:t>
      </w:r>
      <w:r w:rsidR="00C95BB5">
        <w:rPr>
          <w:rFonts w:ascii="Times New Roman" w:eastAsia="仿宋_GB2312" w:hAnsi="Times New Roman" w:hint="eastAsia"/>
          <w:sz w:val="32"/>
          <w:lang w:eastAsia="zh-CN"/>
        </w:rPr>
        <w:t>教职工号</w:t>
      </w:r>
      <w:r>
        <w:rPr>
          <w:rFonts w:ascii="Times New Roman" w:eastAsia="仿宋_GB2312" w:hAnsi="Times New Roman"/>
          <w:sz w:val="32"/>
          <w:lang w:eastAsia="zh-CN"/>
        </w:rPr>
        <w:t>：</w:t>
      </w:r>
      <w:r>
        <w:rPr>
          <w:rFonts w:ascii="Times New Roman" w:eastAsia="仿宋_GB2312" w:hAnsi="Times New Roman"/>
          <w:sz w:val="32"/>
          <w:lang w:eastAsia="zh-CN"/>
        </w:rPr>
        <w:t>____________________</w:t>
      </w:r>
      <w:r>
        <w:rPr>
          <w:rFonts w:ascii="Times New Roman" w:eastAsia="仿宋_GB2312" w:hAnsi="Times New Roman"/>
          <w:sz w:val="32"/>
          <w:lang w:eastAsia="zh-CN"/>
        </w:rPr>
        <w:t>），系</w:t>
      </w:r>
      <w:r>
        <w:rPr>
          <w:rFonts w:ascii="Times New Roman" w:eastAsia="仿宋_GB2312" w:hAnsi="Times New Roman"/>
          <w:sz w:val="32"/>
          <w:lang w:eastAsia="zh-CN"/>
        </w:rPr>
        <w:t>__________</w:t>
      </w:r>
      <w:r>
        <w:rPr>
          <w:rFonts w:ascii="Times New Roman" w:eastAsia="仿宋_GB2312" w:hAnsi="Times New Roman"/>
          <w:sz w:val="32"/>
          <w:lang w:eastAsia="zh-CN"/>
        </w:rPr>
        <w:t>学院教师，现申报</w:t>
      </w:r>
      <w:r>
        <w:rPr>
          <w:rFonts w:ascii="Times New Roman" w:eastAsia="仿宋_GB2312" w:hAnsi="Times New Roman"/>
          <w:sz w:val="32"/>
          <w:lang w:eastAsia="zh-CN"/>
        </w:rPr>
        <w:t>2026</w:t>
      </w:r>
      <w:r>
        <w:rPr>
          <w:rFonts w:ascii="Times New Roman" w:eastAsia="仿宋_GB2312" w:hAnsi="Times New Roman"/>
          <w:sz w:val="32"/>
          <w:lang w:eastAsia="zh-CN"/>
        </w:rPr>
        <w:t>年度江苏省高等学校基础科学（自然科学）研究项目</w:t>
      </w:r>
      <w:r>
        <w:rPr>
          <w:rFonts w:ascii="Times New Roman" w:eastAsia="仿宋_GB2312" w:hAnsi="Times New Roman"/>
          <w:sz w:val="32"/>
          <w:lang w:eastAsia="zh-CN"/>
        </w:rPr>
        <w:t>——________________________</w:t>
      </w:r>
      <w:r>
        <w:rPr>
          <w:rFonts w:ascii="Times New Roman" w:eastAsia="仿宋_GB2312" w:hAnsi="Times New Roman"/>
          <w:sz w:val="32"/>
          <w:lang w:eastAsia="zh-CN"/>
        </w:rPr>
        <w:t>（项目名称）。</w:t>
      </w:r>
    </w:p>
    <w:p w14:paraId="76C6BC12" w14:textId="21FF00FC" w:rsidR="00602F68" w:rsidRDefault="00CF4F36">
      <w:pPr>
        <w:spacing w:after="0" w:line="560" w:lineRule="exact"/>
        <w:ind w:firstLine="640"/>
        <w:jc w:val="both"/>
        <w:rPr>
          <w:lang w:eastAsia="zh-CN"/>
        </w:rPr>
      </w:pPr>
      <w:r>
        <w:rPr>
          <w:rFonts w:ascii="Times New Roman" w:eastAsia="仿宋_GB2312" w:hAnsi="Times New Roman"/>
          <w:sz w:val="32"/>
          <w:lang w:eastAsia="zh-CN"/>
        </w:rPr>
        <w:t>本项目自筹经费总额为人民币</w:t>
      </w:r>
      <w:r>
        <w:rPr>
          <w:rFonts w:ascii="Times New Roman" w:eastAsia="仿宋_GB2312" w:hAnsi="Times New Roman"/>
          <w:sz w:val="32"/>
          <w:lang w:eastAsia="zh-CN"/>
        </w:rPr>
        <w:t>____</w:t>
      </w:r>
      <w:r>
        <w:rPr>
          <w:rFonts w:ascii="Times New Roman" w:eastAsia="仿宋_GB2312" w:hAnsi="Times New Roman"/>
          <w:sz w:val="32"/>
          <w:lang w:eastAsia="zh-CN"/>
        </w:rPr>
        <w:t>元整，资金来源为：</w:t>
      </w:r>
      <w:r>
        <w:rPr>
          <w:rFonts w:ascii="Times New Roman" w:eastAsia="仿宋_GB2312" w:hAnsi="Times New Roman"/>
          <w:sz w:val="32"/>
          <w:lang w:eastAsia="zh-CN"/>
        </w:rPr>
        <w:t>_</w:t>
      </w:r>
      <w:r w:rsidR="00CE3A33">
        <w:rPr>
          <w:rFonts w:ascii="Times New Roman" w:eastAsia="仿宋_GB2312" w:hAnsi="Times New Roman"/>
          <w:sz w:val="32"/>
          <w:lang w:eastAsia="zh-CN"/>
        </w:rPr>
        <w:t xml:space="preserve"> </w:t>
      </w:r>
      <w:r>
        <w:rPr>
          <w:rFonts w:ascii="Times New Roman" w:eastAsia="仿宋_GB2312" w:hAnsi="Times New Roman"/>
          <w:sz w:val="32"/>
          <w:lang w:eastAsia="zh-CN"/>
        </w:rPr>
        <w:t>_____________</w:t>
      </w:r>
      <w:r>
        <w:rPr>
          <w:rFonts w:ascii="Times New Roman" w:eastAsia="仿宋_GB2312" w:hAnsi="Times New Roman"/>
          <w:sz w:val="32"/>
          <w:lang w:eastAsia="zh-CN"/>
        </w:rPr>
        <w:t>（请据实填写</w:t>
      </w:r>
      <w:r w:rsidR="00CE3A33" w:rsidRPr="00CE3A33">
        <w:rPr>
          <w:rFonts w:ascii="Times New Roman" w:eastAsia="仿宋_GB2312" w:hAnsi="Times New Roman" w:hint="eastAsia"/>
          <w:color w:val="FF0000"/>
          <w:sz w:val="32"/>
          <w:lang w:eastAsia="zh-CN"/>
        </w:rPr>
        <w:t>填写项目名称</w:t>
      </w:r>
      <w:r w:rsidR="00CE3A33" w:rsidRPr="00CE3A33">
        <w:rPr>
          <w:rFonts w:ascii="Times New Roman" w:eastAsia="仿宋_GB2312" w:hAnsi="Times New Roman"/>
          <w:color w:val="FF0000"/>
          <w:sz w:val="32"/>
          <w:lang w:eastAsia="zh-CN"/>
        </w:rPr>
        <w:t>+</w:t>
      </w:r>
      <w:r w:rsidR="00CE3A33" w:rsidRPr="00CE3A33">
        <w:rPr>
          <w:rFonts w:ascii="Times New Roman" w:eastAsia="仿宋_GB2312" w:hAnsi="Times New Roman" w:hint="eastAsia"/>
          <w:color w:val="FF0000"/>
          <w:sz w:val="32"/>
          <w:lang w:eastAsia="zh-CN"/>
        </w:rPr>
        <w:t>经费代码</w:t>
      </w:r>
      <w:r>
        <w:rPr>
          <w:rFonts w:ascii="Times New Roman" w:eastAsia="仿宋_GB2312" w:hAnsi="Times New Roman"/>
          <w:sz w:val="32"/>
          <w:lang w:eastAsia="zh-CN"/>
        </w:rPr>
        <w:t>）。</w:t>
      </w:r>
    </w:p>
    <w:p w14:paraId="524690D3" w14:textId="77777777" w:rsidR="00602F68" w:rsidRDefault="00CF4F36">
      <w:pPr>
        <w:spacing w:before="120" w:after="0" w:line="560" w:lineRule="exact"/>
        <w:ind w:firstLine="640"/>
        <w:jc w:val="both"/>
        <w:rPr>
          <w:lang w:eastAsia="zh-CN"/>
        </w:rPr>
      </w:pPr>
      <w:r>
        <w:rPr>
          <w:rFonts w:ascii="Times New Roman" w:eastAsia="仿宋_GB2312" w:hAnsi="Times New Roman"/>
          <w:sz w:val="32"/>
          <w:lang w:eastAsia="zh-CN"/>
        </w:rPr>
        <w:t>特此承诺。</w:t>
      </w:r>
    </w:p>
    <w:p w14:paraId="782EDBF8" w14:textId="77777777" w:rsidR="00602F68" w:rsidRDefault="00602F68">
      <w:pPr>
        <w:spacing w:line="560" w:lineRule="exact"/>
        <w:rPr>
          <w:lang w:eastAsia="zh-CN"/>
        </w:rPr>
      </w:pPr>
    </w:p>
    <w:p w14:paraId="38B9B9D2" w14:textId="77777777" w:rsidR="00602F68" w:rsidRDefault="00CF4F36">
      <w:pPr>
        <w:spacing w:before="400" w:line="560" w:lineRule="exact"/>
        <w:jc w:val="right"/>
        <w:rPr>
          <w:lang w:eastAsia="zh-CN"/>
        </w:rPr>
      </w:pPr>
      <w:r>
        <w:rPr>
          <w:rFonts w:ascii="Times New Roman" w:eastAsia="仿宋_GB2312" w:hAnsi="Times New Roman"/>
          <w:sz w:val="32"/>
          <w:lang w:eastAsia="zh-CN"/>
        </w:rPr>
        <w:t>承诺人（签名）：</w:t>
      </w:r>
      <w:r>
        <w:rPr>
          <w:rFonts w:ascii="Times New Roman" w:eastAsia="仿宋_GB2312" w:hAnsi="Times New Roman"/>
          <w:sz w:val="32"/>
          <w:lang w:eastAsia="zh-CN"/>
        </w:rPr>
        <w:t>________________</w:t>
      </w:r>
    </w:p>
    <w:p w14:paraId="47D83F49" w14:textId="77777777" w:rsidR="00602F68" w:rsidRDefault="00CF4F36">
      <w:pPr>
        <w:spacing w:before="200" w:line="560" w:lineRule="exact"/>
        <w:jc w:val="right"/>
      </w:pPr>
      <w:r>
        <w:rPr>
          <w:rFonts w:ascii="Times New Roman" w:eastAsia="仿宋_GB2312" w:hAnsi="Times New Roman"/>
          <w:sz w:val="32"/>
        </w:rPr>
        <w:t>______</w:t>
      </w:r>
      <w:proofErr w:type="spellStart"/>
      <w:r>
        <w:rPr>
          <w:rFonts w:ascii="Times New Roman" w:eastAsia="仿宋_GB2312" w:hAnsi="Times New Roman"/>
          <w:sz w:val="32"/>
        </w:rPr>
        <w:t>年</w:t>
      </w:r>
      <w:r>
        <w:rPr>
          <w:rFonts w:ascii="Times New Roman" w:eastAsia="仿宋_GB2312" w:hAnsi="Times New Roman"/>
          <w:sz w:val="32"/>
        </w:rPr>
        <w:t>______</w:t>
      </w:r>
      <w:r>
        <w:rPr>
          <w:rFonts w:ascii="Times New Roman" w:eastAsia="仿宋_GB2312" w:hAnsi="Times New Roman"/>
          <w:sz w:val="32"/>
        </w:rPr>
        <w:t>月</w:t>
      </w:r>
      <w:r>
        <w:rPr>
          <w:rFonts w:ascii="Times New Roman" w:eastAsia="仿宋_GB2312" w:hAnsi="Times New Roman"/>
          <w:sz w:val="32"/>
        </w:rPr>
        <w:t>______</w:t>
      </w:r>
      <w:r>
        <w:rPr>
          <w:rFonts w:ascii="Times New Roman" w:eastAsia="仿宋_GB2312" w:hAnsi="Times New Roman"/>
          <w:sz w:val="32"/>
        </w:rPr>
        <w:t>日</w:t>
      </w:r>
      <w:proofErr w:type="spellEnd"/>
    </w:p>
    <w:sectPr w:rsidR="00602F68" w:rsidSect="00034616">
      <w:pgSz w:w="11906" w:h="16838"/>
      <w:pgMar w:top="1701" w:right="1474" w:bottom="1417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609B"/>
    <w:rsid w:val="0015074B"/>
    <w:rsid w:val="00172BC2"/>
    <w:rsid w:val="0029639D"/>
    <w:rsid w:val="00326F90"/>
    <w:rsid w:val="003B7A1E"/>
    <w:rsid w:val="00602F68"/>
    <w:rsid w:val="00624678"/>
    <w:rsid w:val="00754344"/>
    <w:rsid w:val="00AA1D8D"/>
    <w:rsid w:val="00B47730"/>
    <w:rsid w:val="00C95BB5"/>
    <w:rsid w:val="00CB0664"/>
    <w:rsid w:val="00CE3A33"/>
    <w:rsid w:val="00CF4F36"/>
    <w:rsid w:val="00DE29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15D373"/>
  <w14:defaultImageDpi w14:val="300"/>
  <w15:docId w15:val="{8986C016-4A49-4661-B23A-0C90EAA28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10</cp:revision>
  <dcterms:created xsi:type="dcterms:W3CDTF">2013-12-23T23:15:00Z</dcterms:created>
  <dcterms:modified xsi:type="dcterms:W3CDTF">2026-09-16T08:28:00Z</dcterms:modified>
  <cp:category/>
</cp:coreProperties>
</file>